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A6A4" w14:textId="77777777" w:rsidR="00CF61FB" w:rsidRDefault="00000000">
      <w:pPr>
        <w:jc w:val="center"/>
      </w:pPr>
      <w:r>
        <w:rPr>
          <w:b/>
        </w:rPr>
        <w:t>CS 330E: Software Engineering I</w:t>
      </w:r>
    </w:p>
    <w:p w14:paraId="016B9AE7" w14:textId="77777777" w:rsidR="00CF61FB" w:rsidRDefault="00000000">
      <w:pPr>
        <w:pStyle w:val="Title"/>
        <w:jc w:val="center"/>
      </w:pPr>
      <w:r>
        <w:rPr>
          <w:b w:val="0"/>
        </w:rPr>
        <w:t>Classwork 2.2: Introduction to Git and GitLab</w:t>
      </w:r>
    </w:p>
    <w:p w14:paraId="182241AC" w14:textId="77777777" w:rsidR="00CF61FB" w:rsidRDefault="00000000">
      <w:r>
        <w:t>You may discuss the classwork and work through the activities with your partner. However, both partners must perform Git commands on their own computers and record their own answers.</w:t>
      </w:r>
    </w:p>
    <w:p w14:paraId="753E2E56" w14:textId="77777777" w:rsidR="00CF61FB" w:rsidRDefault="00000000" w:rsidP="007E657C">
      <w:pPr>
        <w:spacing w:after="0"/>
      </w:pPr>
      <w:r>
        <w:rPr>
          <w:b/>
        </w:rPr>
        <w:t>This classwork contains 12 questions (Q1-Q12). As you complete the activities, record your answers on your Classwork 2.2 answer sheet. Each student must submit their own completed answer sheet before leaving class.</w:t>
      </w:r>
    </w:p>
    <w:p w14:paraId="6D849030" w14:textId="77777777" w:rsidR="00CF61FB" w:rsidRDefault="00000000" w:rsidP="007E657C">
      <w:pPr>
        <w:pStyle w:val="Heading1"/>
        <w:spacing w:before="0"/>
      </w:pPr>
      <w:r>
        <w:rPr>
          <w:b w:val="0"/>
        </w:rPr>
        <w:t>Goal</w:t>
      </w:r>
    </w:p>
    <w:p w14:paraId="119C7C19" w14:textId="77777777" w:rsidR="00CF61FB" w:rsidRDefault="00000000">
      <w:r>
        <w:t>In this classwork, you will practice:</w:t>
      </w:r>
    </w:p>
    <w:p w14:paraId="3B518BE5" w14:textId="77777777" w:rsidR="00CF61FB" w:rsidRDefault="00000000">
      <w:pPr>
        <w:pStyle w:val="ListBullet"/>
      </w:pPr>
      <w:r>
        <w:t>distinguishing Git from GitLab,</w:t>
      </w:r>
    </w:p>
    <w:p w14:paraId="4270AE9A" w14:textId="77777777" w:rsidR="00CF61FB" w:rsidRDefault="00000000">
      <w:pPr>
        <w:pStyle w:val="ListBullet"/>
      </w:pPr>
      <w:r>
        <w:t>using the working directory, staging area, local repository, and GitLab remote mental model,</w:t>
      </w:r>
    </w:p>
    <w:p w14:paraId="77E71EB0" w14:textId="77777777" w:rsidR="00CF61FB" w:rsidRDefault="00000000">
      <w:pPr>
        <w:pStyle w:val="ListBullet"/>
      </w:pPr>
      <w:r>
        <w:t>cloning, editing, staging, committing, and pushing,</w:t>
      </w:r>
    </w:p>
    <w:p w14:paraId="7891307B" w14:textId="77777777" w:rsidR="00CF61FB" w:rsidRDefault="00000000">
      <w:pPr>
        <w:pStyle w:val="ListBullet"/>
      </w:pPr>
      <w:r>
        <w:t>using git status to diagnose repository state,</w:t>
      </w:r>
    </w:p>
    <w:p w14:paraId="74FDEA46" w14:textId="77777777" w:rsidR="00CF61FB" w:rsidRDefault="00000000">
      <w:pPr>
        <w:pStyle w:val="ListBullet"/>
      </w:pPr>
      <w:r>
        <w:t>creating and pushing a feature branch,</w:t>
      </w:r>
    </w:p>
    <w:p w14:paraId="4C11688E" w14:textId="77777777" w:rsidR="00CF61FB" w:rsidRDefault="00000000">
      <w:pPr>
        <w:pStyle w:val="ListBullet"/>
      </w:pPr>
      <w:r>
        <w:t>and opening, reviewing, and merging a GitLab merge request.</w:t>
      </w:r>
    </w:p>
    <w:p w14:paraId="52E4E36E" w14:textId="77777777" w:rsidR="00CF61FB" w:rsidRDefault="00000000">
      <w:pPr>
        <w:pStyle w:val="Heading1"/>
      </w:pPr>
      <w:r>
        <w:rPr>
          <w:b w:val="0"/>
        </w:rPr>
        <w:t>Before You Start</w:t>
      </w:r>
    </w:p>
    <w:p w14:paraId="31F5D69E" w14:textId="77777777" w:rsidR="00CF61FB" w:rsidRDefault="00000000">
      <w:pPr>
        <w:ind w:left="360" w:hanging="360"/>
      </w:pPr>
      <w:r>
        <w:rPr>
          <w:b/>
        </w:rPr>
        <w:t xml:space="preserve">1. </w:t>
      </w:r>
      <w:r>
        <w:t>Partner Roles</w:t>
      </w:r>
    </w:p>
    <w:p w14:paraId="3F373534" w14:textId="77777777" w:rsidR="00CF61FB" w:rsidRDefault="00000000">
      <w:pPr>
        <w:pStyle w:val="ListBullet2"/>
      </w:pPr>
      <w:r>
        <w:t>One partner is Bob, the repository owner.</w:t>
      </w:r>
    </w:p>
    <w:p w14:paraId="4400E282" w14:textId="77777777" w:rsidR="00CF61FB" w:rsidRDefault="00000000">
      <w:pPr>
        <w:pStyle w:val="ListBullet2"/>
      </w:pPr>
      <w:r>
        <w:t>The other partner is Alice, the contributor.</w:t>
      </w:r>
    </w:p>
    <w:p w14:paraId="70FE6E2A" w14:textId="77777777" w:rsidR="00CF61FB" w:rsidRDefault="00000000">
      <w:pPr>
        <w:pStyle w:val="ListBullet2"/>
      </w:pPr>
      <w:r>
        <w:t>Both partners must use their own laptops.</w:t>
      </w:r>
    </w:p>
    <w:p w14:paraId="6BD53266" w14:textId="77777777" w:rsidR="00CF61FB" w:rsidRDefault="00000000">
      <w:pPr>
        <w:ind w:left="360" w:hanging="360"/>
      </w:pPr>
      <w:r>
        <w:rPr>
          <w:b/>
        </w:rPr>
        <w:t xml:space="preserve">2. </w:t>
      </w:r>
      <w:r>
        <w:t>Required Setup</w:t>
      </w:r>
    </w:p>
    <w:p w14:paraId="6CFB57AE" w14:textId="77777777" w:rsidR="00CF61FB" w:rsidRDefault="00000000">
      <w:pPr>
        <w:pStyle w:val="ListBullet2"/>
      </w:pPr>
      <w:r>
        <w:t>Git installed and configured with your name and email.</w:t>
      </w:r>
    </w:p>
    <w:p w14:paraId="015FAC52" w14:textId="77777777" w:rsidR="00CF61FB" w:rsidRDefault="00000000">
      <w:pPr>
        <w:pStyle w:val="ListBullet2"/>
      </w:pPr>
      <w:r>
        <w:t>A GitLab account.</w:t>
      </w:r>
    </w:p>
    <w:p w14:paraId="4E626DE0" w14:textId="77777777" w:rsidR="00CF61FB" w:rsidRDefault="00000000">
      <w:pPr>
        <w:pStyle w:val="ListBullet2"/>
      </w:pPr>
      <w:r>
        <w:t>A command-line shell: Bash on Windows or Terminal on macOS.</w:t>
      </w:r>
    </w:p>
    <w:p w14:paraId="311E0B09" w14:textId="77777777" w:rsidR="00CF61FB" w:rsidRDefault="00000000">
      <w:pPr>
        <w:ind w:left="360" w:hanging="360"/>
      </w:pPr>
      <w:r>
        <w:rPr>
          <w:b/>
        </w:rPr>
        <w:t xml:space="preserve">3. </w:t>
      </w:r>
      <w:r>
        <w:t>Recovery Habit</w:t>
      </w:r>
    </w:p>
    <w:p w14:paraId="689A2358" w14:textId="77777777" w:rsidR="00CF61FB" w:rsidRDefault="00000000">
      <w:r>
        <w:rPr>
          <w:b/>
        </w:rPr>
        <w:t>When confused, run:</w:t>
      </w:r>
    </w:p>
    <w:p w14:paraId="7C4AE751" w14:textId="77777777" w:rsidR="00CF61FB" w:rsidRDefault="00000000">
      <w:pPr>
        <w:pStyle w:val="Command"/>
      </w:pPr>
      <w:r>
        <w:t>git status</w:t>
      </w:r>
    </w:p>
    <w:p w14:paraId="60991465" w14:textId="77777777" w:rsidR="00CF61FB" w:rsidRDefault="00000000">
      <w:r>
        <w:t>Read Git’s message before typing another command.</w:t>
      </w:r>
    </w:p>
    <w:p w14:paraId="6BB05E33" w14:textId="77777777" w:rsidR="00CF61FB" w:rsidRDefault="00000000" w:rsidP="007E657C">
      <w:pPr>
        <w:pBdr>
          <w:bottom w:val="single" w:sz="8" w:space="4" w:color="666666"/>
        </w:pBdr>
        <w:spacing w:after="120"/>
      </w:pPr>
      <w:r>
        <w:rPr>
          <w:b/>
          <w:sz w:val="24"/>
        </w:rPr>
        <w:t>Part 1: Git and GitLab</w:t>
      </w:r>
    </w:p>
    <w:p w14:paraId="681ABFDD" w14:textId="77777777" w:rsidR="00CF61FB" w:rsidRDefault="00000000">
      <w:pPr>
        <w:ind w:left="360" w:hanging="360"/>
      </w:pPr>
      <w:r>
        <w:rPr>
          <w:b/>
        </w:rPr>
        <w:t xml:space="preserve">1. </w:t>
      </w:r>
      <w:r>
        <w:t>Before using any commands, discuss the difference between Git and GitLab.</w:t>
      </w:r>
    </w:p>
    <w:p w14:paraId="653F6C81" w14:textId="77777777" w:rsidR="00CF61FB" w:rsidRDefault="00000000">
      <w:pPr>
        <w:ind w:left="360"/>
      </w:pPr>
      <w:r>
        <w:rPr>
          <w:b/>
        </w:rPr>
        <w:t xml:space="preserve">Q1. </w:t>
      </w:r>
      <w:r>
        <w:t>What does Git do? What does GitLab add?</w:t>
      </w:r>
    </w:p>
    <w:p w14:paraId="4D328E4B" w14:textId="77777777" w:rsidR="00CF61FB" w:rsidRDefault="00000000" w:rsidP="007E657C">
      <w:pPr>
        <w:pBdr>
          <w:bottom w:val="single" w:sz="8" w:space="4" w:color="666666"/>
        </w:pBdr>
        <w:spacing w:after="120"/>
      </w:pPr>
      <w:r>
        <w:rPr>
          <w:b/>
          <w:sz w:val="24"/>
        </w:rPr>
        <w:t>Part 2: Bob Creates and Clones a Repository</w:t>
      </w:r>
    </w:p>
    <w:p w14:paraId="2789AFA2" w14:textId="77777777" w:rsidR="00CF61FB" w:rsidRDefault="00000000">
      <w:pPr>
        <w:ind w:left="360" w:hanging="360"/>
      </w:pPr>
      <w:r>
        <w:rPr>
          <w:b/>
        </w:rPr>
        <w:t xml:space="preserve">2. </w:t>
      </w:r>
      <w:r>
        <w:t>Bob: Sign in to GitLab and create a public project with a distinct name. Initialize the project with a README so that the main branch exists.</w:t>
      </w:r>
    </w:p>
    <w:p w14:paraId="6823B244" w14:textId="77777777" w:rsidR="00CF61FB" w:rsidRDefault="00000000">
      <w:pPr>
        <w:ind w:left="360" w:hanging="360"/>
      </w:pPr>
      <w:r>
        <w:rPr>
          <w:b/>
        </w:rPr>
        <w:t xml:space="preserve">3. </w:t>
      </w:r>
      <w:r>
        <w:t>Bob: Copy the project’s Clone with HTTPS URL. On your laptop, run:</w:t>
      </w:r>
    </w:p>
    <w:p w14:paraId="3C7AC16E" w14:textId="77777777" w:rsidR="00CF61FB" w:rsidRDefault="00000000">
      <w:pPr>
        <w:pStyle w:val="Command"/>
      </w:pPr>
      <w:r>
        <w:t>git clone &lt;repository-url&gt;</w:t>
      </w:r>
    </w:p>
    <w:p w14:paraId="4C5B73EC" w14:textId="77777777" w:rsidR="00CF61FB" w:rsidRDefault="00000000">
      <w:pPr>
        <w:pStyle w:val="Command"/>
      </w:pPr>
      <w:r>
        <w:t>cd &lt;repository-folder&gt;</w:t>
      </w:r>
    </w:p>
    <w:p w14:paraId="53252CF1" w14:textId="5FEA3A44" w:rsidR="007E657C" w:rsidRDefault="007E657C">
      <w:pPr>
        <w:pStyle w:val="Command"/>
      </w:pPr>
      <w:r>
        <w:t xml:space="preserve">git </w:t>
      </w:r>
      <w:proofErr w:type="gramStart"/>
      <w:r>
        <w:t>remote -v</w:t>
      </w:r>
      <w:proofErr w:type="gramEnd"/>
    </w:p>
    <w:p w14:paraId="6B7B1234" w14:textId="1A3D3CE0" w:rsidR="00CF61FB" w:rsidRDefault="00000000">
      <w:pPr>
        <w:ind w:left="360"/>
      </w:pPr>
      <w:r>
        <w:rPr>
          <w:b/>
        </w:rPr>
        <w:t xml:space="preserve">Q2. </w:t>
      </w:r>
      <w:r w:rsidR="007E657C" w:rsidRPr="007E657C">
        <w:t xml:space="preserve">Based on the output of </w:t>
      </w:r>
      <w:r w:rsidR="007E657C" w:rsidRPr="007E657C">
        <w:rPr>
          <w:rFonts w:ascii="Courier New" w:hAnsi="Courier New"/>
          <w:sz w:val="19"/>
        </w:rPr>
        <w:t xml:space="preserve">git </w:t>
      </w:r>
      <w:proofErr w:type="gramStart"/>
      <w:r w:rsidR="007E657C" w:rsidRPr="007E657C">
        <w:rPr>
          <w:rFonts w:ascii="Courier New" w:hAnsi="Courier New"/>
          <w:sz w:val="19"/>
        </w:rPr>
        <w:t>remote -v</w:t>
      </w:r>
      <w:proofErr w:type="gramEnd"/>
      <w:r w:rsidR="007E657C" w:rsidRPr="007E657C">
        <w:t>, what does origin refer to?</w:t>
      </w:r>
    </w:p>
    <w:p w14:paraId="6B763D30" w14:textId="77777777" w:rsidR="00CF61FB" w:rsidRDefault="00000000">
      <w:pPr>
        <w:pBdr>
          <w:bottom w:val="single" w:sz="8" w:space="4" w:color="666666"/>
        </w:pBdr>
        <w:spacing w:before="240" w:after="120"/>
      </w:pPr>
      <w:r>
        <w:rPr>
          <w:b/>
          <w:sz w:val="24"/>
        </w:rPr>
        <w:lastRenderedPageBreak/>
        <w:t>Part 3: Working Directory and Staging Area</w:t>
      </w:r>
    </w:p>
    <w:p w14:paraId="321654A6" w14:textId="77777777" w:rsidR="00CF61FB" w:rsidRDefault="00000000">
      <w:pPr>
        <w:ind w:left="360" w:hanging="360"/>
      </w:pPr>
      <w:r>
        <w:rPr>
          <w:b/>
        </w:rPr>
        <w:t xml:space="preserve">4. </w:t>
      </w:r>
      <w:r>
        <w:t>Bob: Create bobfile.txt and type one sentence in it. Save the file, but do not stage it yet.</w:t>
      </w:r>
    </w:p>
    <w:p w14:paraId="1DBA21AC" w14:textId="77777777" w:rsidR="00CF61FB" w:rsidRDefault="00000000">
      <w:pPr>
        <w:ind w:left="360" w:hanging="360"/>
      </w:pPr>
      <w:r>
        <w:rPr>
          <w:b/>
        </w:rPr>
        <w:t xml:space="preserve">5. </w:t>
      </w:r>
      <w:r>
        <w:t>Predict how Git will describe bobfile.txt, then run:</w:t>
      </w:r>
    </w:p>
    <w:p w14:paraId="08AA9443" w14:textId="77777777" w:rsidR="00CF61FB" w:rsidRDefault="00000000">
      <w:pPr>
        <w:pStyle w:val="Command"/>
      </w:pPr>
      <w:r>
        <w:t>git status</w:t>
      </w:r>
    </w:p>
    <w:p w14:paraId="13067A7A" w14:textId="77777777" w:rsidR="00CF61FB" w:rsidRDefault="00000000">
      <w:pPr>
        <w:ind w:left="360"/>
      </w:pPr>
      <w:r>
        <w:rPr>
          <w:b/>
        </w:rPr>
        <w:t xml:space="preserve">Q3. </w:t>
      </w:r>
      <w:r>
        <w:t>What did git status report? Where is bobfile.txt in the mental model: working directory, staging area, local repository, or GitLab?</w:t>
      </w:r>
    </w:p>
    <w:p w14:paraId="7A954D45" w14:textId="77777777" w:rsidR="00CF61FB" w:rsidRDefault="00000000">
      <w:pPr>
        <w:ind w:left="360" w:hanging="360"/>
      </w:pPr>
      <w:r>
        <w:rPr>
          <w:b/>
        </w:rPr>
        <w:t xml:space="preserve">6. </w:t>
      </w:r>
      <w:r>
        <w:t>Stage the file and inspect the repository again:</w:t>
      </w:r>
    </w:p>
    <w:p w14:paraId="4CC23DB0" w14:textId="77777777" w:rsidR="00CF61FB" w:rsidRDefault="00000000">
      <w:pPr>
        <w:pStyle w:val="Command"/>
      </w:pPr>
      <w:r>
        <w:t>git add bobfile.txt</w:t>
      </w:r>
    </w:p>
    <w:p w14:paraId="52C558E3" w14:textId="77777777" w:rsidR="00CF61FB" w:rsidRDefault="00000000">
      <w:pPr>
        <w:pStyle w:val="Command"/>
      </w:pPr>
      <w:r>
        <w:t>git status</w:t>
      </w:r>
    </w:p>
    <w:p w14:paraId="77EFCF08" w14:textId="77777777" w:rsidR="00CF61FB" w:rsidRDefault="00000000">
      <w:pPr>
        <w:ind w:left="360"/>
      </w:pPr>
      <w:r>
        <w:rPr>
          <w:b/>
        </w:rPr>
        <w:t xml:space="preserve">Q4. </w:t>
      </w:r>
      <w:r>
        <w:t>What changed between the first and second git status output?</w:t>
      </w:r>
    </w:p>
    <w:p w14:paraId="45E66C8D" w14:textId="77777777" w:rsidR="00CF61FB" w:rsidRDefault="00000000">
      <w:pPr>
        <w:pBdr>
          <w:bottom w:val="single" w:sz="8" w:space="4" w:color="666666"/>
        </w:pBdr>
        <w:spacing w:before="240" w:after="120"/>
      </w:pPr>
      <w:r>
        <w:rPr>
          <w:b/>
          <w:sz w:val="24"/>
        </w:rPr>
        <w:t>Part 4: Commit and Push</w:t>
      </w:r>
    </w:p>
    <w:p w14:paraId="33DF46CC" w14:textId="77777777" w:rsidR="00CF61FB" w:rsidRDefault="00000000">
      <w:pPr>
        <w:ind w:left="360" w:hanging="360"/>
      </w:pPr>
      <w:r>
        <w:rPr>
          <w:b/>
        </w:rPr>
        <w:t xml:space="preserve">7. </w:t>
      </w:r>
      <w:r>
        <w:t>Create a local commit:</w:t>
      </w:r>
    </w:p>
    <w:p w14:paraId="17ABD754" w14:textId="77777777" w:rsidR="00CF61FB" w:rsidRDefault="00000000">
      <w:pPr>
        <w:pStyle w:val="Command"/>
      </w:pPr>
      <w:r>
        <w:t>git commit -m "Add Bob file"</w:t>
      </w:r>
    </w:p>
    <w:p w14:paraId="3670757A" w14:textId="7E3BA15E" w:rsidR="00CF61FB" w:rsidRDefault="00000000">
      <w:pPr>
        <w:ind w:left="360"/>
      </w:pPr>
      <w:r>
        <w:rPr>
          <w:b/>
        </w:rPr>
        <w:t xml:space="preserve">Q5. </w:t>
      </w:r>
      <w:r w:rsidR="004D7A42" w:rsidRPr="004D7A42">
        <w:t>Is Bob’s new commit visible on GitLab yet? Explain the difference between commit and push.</w:t>
      </w:r>
    </w:p>
    <w:p w14:paraId="1357997F" w14:textId="77777777" w:rsidR="00CF61FB" w:rsidRDefault="00000000">
      <w:pPr>
        <w:ind w:left="360" w:hanging="360"/>
      </w:pPr>
      <w:r>
        <w:rPr>
          <w:b/>
        </w:rPr>
        <w:t xml:space="preserve">8. </w:t>
      </w:r>
      <w:r>
        <w:t>Send the commit to GitLab:</w:t>
      </w:r>
    </w:p>
    <w:p w14:paraId="22A85E40" w14:textId="77777777" w:rsidR="00CF61FB" w:rsidRDefault="00000000">
      <w:pPr>
        <w:pStyle w:val="Command"/>
      </w:pPr>
      <w:r>
        <w:t>git push origin main</w:t>
      </w:r>
    </w:p>
    <w:p w14:paraId="3034912C" w14:textId="77777777" w:rsidR="00CF61FB" w:rsidRDefault="00000000">
      <w:pPr>
        <w:ind w:left="360"/>
      </w:pPr>
      <w:r>
        <w:rPr>
          <w:b/>
        </w:rPr>
        <w:t xml:space="preserve">Q6. </w:t>
      </w:r>
      <w:r>
        <w:t>In this command, what are origin and main?</w:t>
      </w:r>
    </w:p>
    <w:p w14:paraId="6BB2093E" w14:textId="77777777" w:rsidR="00CF61FB" w:rsidRDefault="00000000">
      <w:pPr>
        <w:pBdr>
          <w:bottom w:val="single" w:sz="8" w:space="4" w:color="666666"/>
        </w:pBdr>
        <w:spacing w:before="240" w:after="120"/>
      </w:pPr>
      <w:r>
        <w:rPr>
          <w:b/>
          <w:sz w:val="24"/>
        </w:rPr>
        <w:t>Part 5: A Harmless Mistake</w:t>
      </w:r>
    </w:p>
    <w:p w14:paraId="28197B92" w14:textId="77777777" w:rsidR="00CF61FB" w:rsidRDefault="00000000">
      <w:pPr>
        <w:ind w:left="360" w:hanging="360"/>
      </w:pPr>
      <w:r>
        <w:rPr>
          <w:b/>
        </w:rPr>
        <w:t xml:space="preserve">9. </w:t>
      </w:r>
      <w:r>
        <w:t>Bob: Edit bobfile.txt again and save it. Without staging the edit, try:</w:t>
      </w:r>
    </w:p>
    <w:p w14:paraId="74A6672E" w14:textId="77777777" w:rsidR="00CF61FB" w:rsidRDefault="00000000">
      <w:pPr>
        <w:pStyle w:val="Command"/>
      </w:pPr>
      <w:r>
        <w:t>git commit -m "Update Bob file"</w:t>
      </w:r>
    </w:p>
    <w:p w14:paraId="2ED13311" w14:textId="77777777" w:rsidR="00CF61FB" w:rsidRDefault="00000000">
      <w:pPr>
        <w:ind w:left="360" w:hanging="360"/>
      </w:pPr>
      <w:r>
        <w:rPr>
          <w:b/>
        </w:rPr>
        <w:t xml:space="preserve">10. </w:t>
      </w:r>
      <w:r>
        <w:t>Now run:</w:t>
      </w:r>
    </w:p>
    <w:p w14:paraId="2AA0E79F" w14:textId="77777777" w:rsidR="00CF61FB" w:rsidRDefault="00000000">
      <w:pPr>
        <w:pStyle w:val="Command"/>
      </w:pPr>
      <w:r>
        <w:t>git status</w:t>
      </w:r>
    </w:p>
    <w:p w14:paraId="79E28D6F" w14:textId="77777777" w:rsidR="00CF61FB" w:rsidRDefault="00000000">
      <w:pPr>
        <w:ind w:left="360"/>
      </w:pPr>
      <w:r>
        <w:rPr>
          <w:b/>
        </w:rPr>
        <w:t xml:space="preserve">Q7. </w:t>
      </w:r>
      <w:r>
        <w:t>Why did Git not create the commit? What did git status tell you to do?</w:t>
      </w:r>
    </w:p>
    <w:p w14:paraId="0358D0E4" w14:textId="77777777" w:rsidR="00CF61FB" w:rsidRDefault="00000000">
      <w:pPr>
        <w:ind w:left="360" w:hanging="360"/>
      </w:pPr>
      <w:r>
        <w:rPr>
          <w:b/>
        </w:rPr>
        <w:t xml:space="preserve">11. </w:t>
      </w:r>
      <w:r>
        <w:t>Stage, commit, and push the update:</w:t>
      </w:r>
    </w:p>
    <w:p w14:paraId="01526E28" w14:textId="77777777" w:rsidR="00CF61FB" w:rsidRDefault="00000000">
      <w:pPr>
        <w:pStyle w:val="Command"/>
      </w:pPr>
      <w:r>
        <w:t>git add bobfile.txt</w:t>
      </w:r>
    </w:p>
    <w:p w14:paraId="5258B844" w14:textId="77777777" w:rsidR="00CF61FB" w:rsidRDefault="00000000">
      <w:pPr>
        <w:pStyle w:val="Command"/>
      </w:pPr>
      <w:r>
        <w:t>git commit -m "Update Bob file"</w:t>
      </w:r>
    </w:p>
    <w:p w14:paraId="30A1EA56" w14:textId="77777777" w:rsidR="00CF61FB" w:rsidRDefault="00000000">
      <w:pPr>
        <w:pStyle w:val="Command"/>
      </w:pPr>
      <w:r>
        <w:t>git push</w:t>
      </w:r>
    </w:p>
    <w:p w14:paraId="4EA7BE2E" w14:textId="77777777" w:rsidR="00CF61FB" w:rsidRDefault="00000000">
      <w:pPr>
        <w:pBdr>
          <w:bottom w:val="single" w:sz="8" w:space="4" w:color="666666"/>
        </w:pBdr>
        <w:spacing w:before="240" w:after="120"/>
      </w:pPr>
      <w:r>
        <w:rPr>
          <w:b/>
          <w:sz w:val="24"/>
        </w:rPr>
        <w:t>Part 6: Alice Collaborates on a Feature Branch</w:t>
      </w:r>
    </w:p>
    <w:p w14:paraId="1437DBDB" w14:textId="77777777" w:rsidR="00CF61FB" w:rsidRDefault="00000000">
      <w:pPr>
        <w:ind w:left="360" w:hanging="360"/>
      </w:pPr>
      <w:r>
        <w:rPr>
          <w:b/>
        </w:rPr>
        <w:t xml:space="preserve">12. </w:t>
      </w:r>
      <w:r>
        <w:t>Bob: In GitLab, open Manage &gt; Members and invite Alice with Developer access.</w:t>
      </w:r>
    </w:p>
    <w:p w14:paraId="3DFA1EAD" w14:textId="77777777" w:rsidR="00CF61FB" w:rsidRDefault="00000000">
      <w:pPr>
        <w:ind w:left="360" w:hanging="360"/>
      </w:pPr>
      <w:r>
        <w:rPr>
          <w:b/>
        </w:rPr>
        <w:t xml:space="preserve">13. </w:t>
      </w:r>
      <w:r>
        <w:t>Alice: Accept the invitation if needed. Clone Bob’s repository directly on your own laptop. Do not fork it.</w:t>
      </w:r>
    </w:p>
    <w:p w14:paraId="3F779C94" w14:textId="77777777" w:rsidR="00CF61FB" w:rsidRDefault="00000000">
      <w:pPr>
        <w:pStyle w:val="Command"/>
      </w:pPr>
      <w:r>
        <w:t>git clone &lt;bob-repository-url&gt;</w:t>
      </w:r>
    </w:p>
    <w:p w14:paraId="6ABEA96A" w14:textId="77777777" w:rsidR="00CF61FB" w:rsidRDefault="00000000">
      <w:pPr>
        <w:pStyle w:val="Command"/>
      </w:pPr>
      <w:r>
        <w:t>cd &lt;repository-folder&gt;</w:t>
      </w:r>
    </w:p>
    <w:p w14:paraId="2F762492" w14:textId="77777777" w:rsidR="00CF61FB" w:rsidRDefault="00000000">
      <w:pPr>
        <w:ind w:left="360"/>
      </w:pPr>
      <w:r>
        <w:rPr>
          <w:b/>
        </w:rPr>
        <w:t xml:space="preserve">Q8. </w:t>
      </w:r>
      <w:r>
        <w:t>Why is a fork unnecessary when Alice has Developer access?</w:t>
      </w:r>
    </w:p>
    <w:p w14:paraId="6265BF71" w14:textId="77777777" w:rsidR="00CF61FB" w:rsidRDefault="00000000">
      <w:pPr>
        <w:ind w:left="360" w:hanging="360"/>
      </w:pPr>
      <w:r>
        <w:rPr>
          <w:b/>
        </w:rPr>
        <w:t xml:space="preserve">14. </w:t>
      </w:r>
      <w:r>
        <w:t>Alice: Get the latest main branch, then create and switch to a feature branch:</w:t>
      </w:r>
    </w:p>
    <w:p w14:paraId="746E3A0C" w14:textId="77777777" w:rsidR="00CF61FB" w:rsidRDefault="00000000">
      <w:pPr>
        <w:pStyle w:val="Command"/>
      </w:pPr>
      <w:r>
        <w:t>git pull</w:t>
      </w:r>
    </w:p>
    <w:p w14:paraId="43B5E30F" w14:textId="77777777" w:rsidR="00CF61FB" w:rsidRDefault="00000000">
      <w:pPr>
        <w:pStyle w:val="Command"/>
      </w:pPr>
      <w:r>
        <w:t>git switch -c feature/alice-message</w:t>
      </w:r>
    </w:p>
    <w:p w14:paraId="33D4844D" w14:textId="77777777" w:rsidR="00CF61FB" w:rsidRDefault="00000000">
      <w:pPr>
        <w:ind w:left="360"/>
      </w:pPr>
      <w:r>
        <w:rPr>
          <w:b/>
        </w:rPr>
        <w:t xml:space="preserve">Q9. </w:t>
      </w:r>
      <w:r>
        <w:t>Why is working on a feature branch safer than working directly on main?</w:t>
      </w:r>
    </w:p>
    <w:p w14:paraId="7AE44D3E" w14:textId="77777777" w:rsidR="00CF61FB" w:rsidRDefault="00000000">
      <w:pPr>
        <w:ind w:left="360" w:hanging="360"/>
      </w:pPr>
      <w:r>
        <w:rPr>
          <w:b/>
        </w:rPr>
        <w:lastRenderedPageBreak/>
        <w:t xml:space="preserve">15. </w:t>
      </w:r>
      <w:r>
        <w:t>Alice: Create alicefile.txt, add one sentence, and run the following commands one at a time:</w:t>
      </w:r>
    </w:p>
    <w:p w14:paraId="23744A79" w14:textId="77777777" w:rsidR="00CF61FB" w:rsidRDefault="00000000">
      <w:pPr>
        <w:pStyle w:val="Command"/>
      </w:pPr>
      <w:r>
        <w:t>git status</w:t>
      </w:r>
    </w:p>
    <w:p w14:paraId="3F59BCAE" w14:textId="77777777" w:rsidR="00CF61FB" w:rsidRDefault="00000000">
      <w:pPr>
        <w:pStyle w:val="Command"/>
      </w:pPr>
      <w:r>
        <w:t>git add alicefile.txt</w:t>
      </w:r>
    </w:p>
    <w:p w14:paraId="70A825F1" w14:textId="77777777" w:rsidR="00CF61FB" w:rsidRDefault="00000000">
      <w:pPr>
        <w:pStyle w:val="Command"/>
      </w:pPr>
      <w:r>
        <w:t>git status</w:t>
      </w:r>
    </w:p>
    <w:p w14:paraId="7DC47A5F" w14:textId="77777777" w:rsidR="00CF61FB" w:rsidRDefault="00000000">
      <w:pPr>
        <w:pStyle w:val="Command"/>
      </w:pPr>
      <w:r>
        <w:t>git commit -m "Add Alice message"</w:t>
      </w:r>
    </w:p>
    <w:p w14:paraId="75977709" w14:textId="77777777" w:rsidR="00CF61FB" w:rsidRDefault="00000000">
      <w:pPr>
        <w:ind w:left="360"/>
      </w:pPr>
      <w:r>
        <w:rPr>
          <w:b/>
        </w:rPr>
        <w:t xml:space="preserve">Q10. </w:t>
      </w:r>
      <w:r>
        <w:t>What did the two git status outputs reveal? Where is Alice’s commit now?</w:t>
      </w:r>
    </w:p>
    <w:p w14:paraId="4EBE7D18" w14:textId="77777777" w:rsidR="00CF61FB" w:rsidRDefault="00000000">
      <w:pPr>
        <w:ind w:left="360" w:hanging="360"/>
      </w:pPr>
      <w:r>
        <w:rPr>
          <w:b/>
        </w:rPr>
        <w:t xml:space="preserve">16. </w:t>
      </w:r>
      <w:r>
        <w:t>Alice: Push the feature branch:</w:t>
      </w:r>
    </w:p>
    <w:p w14:paraId="7CD1E00D" w14:textId="77777777" w:rsidR="00CF61FB" w:rsidRDefault="00000000">
      <w:pPr>
        <w:pStyle w:val="Command"/>
      </w:pPr>
      <w:r>
        <w:t>git push -u origin feature/alice-message</w:t>
      </w:r>
    </w:p>
    <w:p w14:paraId="1A8D46DD" w14:textId="77777777" w:rsidR="00CF61FB" w:rsidRDefault="00000000">
      <w:r>
        <w:rPr>
          <w:b/>
        </w:rPr>
        <w:t>IMPORTANT: Do not switch to main and do not merge locally. The branch must remain separate until the merge request is reviewed.</w:t>
      </w:r>
    </w:p>
    <w:p w14:paraId="38E454BE" w14:textId="77777777" w:rsidR="00CF61FB" w:rsidRDefault="00000000">
      <w:pPr>
        <w:pBdr>
          <w:bottom w:val="single" w:sz="8" w:space="4" w:color="666666"/>
        </w:pBdr>
        <w:spacing w:before="240" w:after="120"/>
      </w:pPr>
      <w:r>
        <w:rPr>
          <w:b/>
          <w:sz w:val="24"/>
        </w:rPr>
        <w:t>Part 7: Merge Request, Review, and Integration</w:t>
      </w:r>
    </w:p>
    <w:p w14:paraId="2A93C94D" w14:textId="77777777" w:rsidR="00CF61FB" w:rsidRDefault="00000000">
      <w:pPr>
        <w:ind w:left="360" w:hanging="360"/>
      </w:pPr>
      <w:r>
        <w:rPr>
          <w:b/>
        </w:rPr>
        <w:t xml:space="preserve">17. </w:t>
      </w:r>
      <w:r>
        <w:t>Alice: On GitLab, create a merge request with source branch feature/alice-message and target branch main. Use a clear title and describe the change.</w:t>
      </w:r>
    </w:p>
    <w:p w14:paraId="029E655E" w14:textId="77777777" w:rsidR="00CF61FB" w:rsidRDefault="00000000">
      <w:pPr>
        <w:ind w:left="360"/>
      </w:pPr>
      <w:r>
        <w:rPr>
          <w:b/>
        </w:rPr>
        <w:t xml:space="preserve">Q11. </w:t>
      </w:r>
      <w:r>
        <w:t>Before Bob merges the request, where can alicefile.txt be seen: the feature branch, main, or both?</w:t>
      </w:r>
    </w:p>
    <w:p w14:paraId="11A38B30" w14:textId="77777777" w:rsidR="00CF61FB" w:rsidRDefault="00000000">
      <w:pPr>
        <w:ind w:left="360" w:hanging="360"/>
      </w:pPr>
      <w:r>
        <w:rPr>
          <w:b/>
        </w:rPr>
        <w:t xml:space="preserve">18. </w:t>
      </w:r>
      <w:r>
        <w:t>Bob: Open the merge request, inspect the Changes/Diff view, add a short review comment or approval, and merge it.</w:t>
      </w:r>
    </w:p>
    <w:p w14:paraId="4A1F6138" w14:textId="77777777" w:rsidR="00CF61FB" w:rsidRDefault="00000000">
      <w:pPr>
        <w:ind w:left="360"/>
      </w:pPr>
      <w:r>
        <w:rPr>
          <w:b/>
        </w:rPr>
        <w:t xml:space="preserve">Q12. </w:t>
      </w:r>
      <w:r>
        <w:t>What does a merge request add beyond simply pushing a branch?</w:t>
      </w:r>
    </w:p>
    <w:p w14:paraId="30E17557" w14:textId="77777777" w:rsidR="00CF61FB" w:rsidRDefault="00000000">
      <w:pPr>
        <w:ind w:left="360" w:hanging="360"/>
      </w:pPr>
      <w:r>
        <w:rPr>
          <w:b/>
        </w:rPr>
        <w:t xml:space="preserve">19. </w:t>
      </w:r>
      <w:r>
        <w:t>Both partners: On your own laptops, verify the result:</w:t>
      </w:r>
    </w:p>
    <w:p w14:paraId="545F55D5" w14:textId="77777777" w:rsidR="00CF61FB" w:rsidRDefault="00000000">
      <w:pPr>
        <w:pStyle w:val="Command"/>
      </w:pPr>
      <w:r>
        <w:t>git switch main</w:t>
      </w:r>
    </w:p>
    <w:p w14:paraId="686CB44D" w14:textId="77777777" w:rsidR="00CF61FB" w:rsidRDefault="00000000">
      <w:pPr>
        <w:pStyle w:val="Command"/>
      </w:pPr>
      <w:r>
        <w:t>git pull</w:t>
      </w:r>
    </w:p>
    <w:p w14:paraId="2D4DEBB4" w14:textId="77777777" w:rsidR="00CF61FB" w:rsidRDefault="00000000">
      <w:pPr>
        <w:pStyle w:val="Command"/>
      </w:pPr>
      <w:r>
        <w:t>git status</w:t>
      </w:r>
    </w:p>
    <w:p w14:paraId="21582A4A" w14:textId="77777777" w:rsidR="00CF61FB" w:rsidRDefault="00000000">
      <w:r>
        <w:t>Both partners should now see bobfile.txt and alicefile.txt on main, and git status should report a clean working tree.</w:t>
      </w:r>
    </w:p>
    <w:p w14:paraId="4E5B20D0" w14:textId="77777777" w:rsidR="00CF61FB" w:rsidRDefault="00000000">
      <w:pPr>
        <w:pBdr>
          <w:bottom w:val="single" w:sz="8" w:space="4" w:color="666666"/>
        </w:pBdr>
        <w:spacing w:before="240" w:after="120"/>
      </w:pPr>
      <w:r>
        <w:rPr>
          <w:b/>
          <w:sz w:val="24"/>
        </w:rPr>
        <w:t>Submission</w:t>
      </w:r>
    </w:p>
    <w:p w14:paraId="1906B3CA" w14:textId="77777777" w:rsidR="00CF61FB" w:rsidRDefault="00000000">
      <w:r>
        <w:t>Record your answers to Q1-Q12 on the Classwork 2.2 answer sheet. You do not need to copy commands onto the answer sheet.</w:t>
      </w:r>
    </w:p>
    <w:p w14:paraId="312C1943" w14:textId="77777777" w:rsidR="00CF61FB" w:rsidRDefault="00000000">
      <w:r>
        <w:rPr>
          <w:b/>
        </w:rPr>
        <w:t>Reusable course workflow:</w:t>
      </w:r>
    </w:p>
    <w:p w14:paraId="03D1E0C2" w14:textId="77777777" w:rsidR="00CF61FB" w:rsidRDefault="00000000">
      <w:pPr>
        <w:pStyle w:val="Command"/>
      </w:pPr>
      <w:r>
        <w:t>pull -&gt; branch -&gt; edit -&gt; status -&gt; add -&gt; commit -&gt; push -&gt; MR -&gt; review/merge</w:t>
      </w:r>
    </w:p>
    <w:p w14:paraId="25A8158C" w14:textId="77777777" w:rsidR="00CF61FB" w:rsidRDefault="00000000">
      <w:r>
        <w:t>NOTE: The "$" symbol sometimes shown before a command represents the shell prompt. Do not type the "$" itself.</w:t>
      </w:r>
    </w:p>
    <w:sectPr w:rsidR="00CF61FB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6686606">
    <w:abstractNumId w:val="8"/>
  </w:num>
  <w:num w:numId="2" w16cid:durableId="55862454">
    <w:abstractNumId w:val="6"/>
  </w:num>
  <w:num w:numId="3" w16cid:durableId="764954976">
    <w:abstractNumId w:val="5"/>
  </w:num>
  <w:num w:numId="4" w16cid:durableId="295913046">
    <w:abstractNumId w:val="4"/>
  </w:num>
  <w:num w:numId="5" w16cid:durableId="366569037">
    <w:abstractNumId w:val="7"/>
  </w:num>
  <w:num w:numId="6" w16cid:durableId="289020527">
    <w:abstractNumId w:val="3"/>
  </w:num>
  <w:num w:numId="7" w16cid:durableId="1063404274">
    <w:abstractNumId w:val="2"/>
  </w:num>
  <w:num w:numId="8" w16cid:durableId="1721707763">
    <w:abstractNumId w:val="1"/>
  </w:num>
  <w:num w:numId="9" w16cid:durableId="132535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2E6E"/>
    <w:rsid w:val="0029639D"/>
    <w:rsid w:val="00326F90"/>
    <w:rsid w:val="004D7A42"/>
    <w:rsid w:val="007E657C"/>
    <w:rsid w:val="00AA1D8D"/>
    <w:rsid w:val="00B47730"/>
    <w:rsid w:val="00CB0664"/>
    <w:rsid w:val="00CF61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89B52"/>
  <w14:defaultImageDpi w14:val="300"/>
  <w15:docId w15:val="{0B2B0D83-C027-486A-9D68-1FDD967D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2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mand">
    <w:name w:val="Command"/>
    <w:pPr>
      <w:spacing w:before="40" w:after="40"/>
      <w:ind w:left="432"/>
    </w:pPr>
    <w:rPr>
      <w:rFonts w:ascii="Courier New" w:hAnsi="Courier New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Fares Fraij</cp:lastModifiedBy>
  <cp:revision>3</cp:revision>
  <dcterms:created xsi:type="dcterms:W3CDTF">2013-12-23T23:15:00Z</dcterms:created>
  <dcterms:modified xsi:type="dcterms:W3CDTF">2026-08-31T02:40:00Z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eae05b7c-756f-4c08-a1e7-9941a763fa6e</vt:lpwstr>
  </property>
</Properties>
</file>